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7CD25" w14:textId="40C38CA4" w:rsidR="001A45D6" w:rsidRDefault="00D4290E" w:rsidP="00F17DD7">
      <w:pPr>
        <w:tabs>
          <w:tab w:val="left" w:pos="-1418"/>
          <w:tab w:val="left" w:pos="3402"/>
        </w:tabs>
        <w:ind w:left="1620" w:hanging="1702"/>
        <w:jc w:val="center"/>
        <w:rPr>
          <w:noProof/>
        </w:rPr>
      </w:pPr>
      <w:r w:rsidRPr="00D4290E">
        <w:rPr>
          <w:lang w:val="fr-FR"/>
        </w:rPr>
        <w:drawing>
          <wp:anchor distT="0" distB="0" distL="114300" distR="114300" simplePos="0" relativeHeight="251672576" behindDoc="1" locked="0" layoutInCell="1" allowOverlap="1" wp14:anchorId="3F887FC8" wp14:editId="5027520D">
            <wp:simplePos x="0" y="0"/>
            <wp:positionH relativeFrom="column">
              <wp:posOffset>5356225</wp:posOffset>
            </wp:positionH>
            <wp:positionV relativeFrom="paragraph">
              <wp:posOffset>67310</wp:posOffset>
            </wp:positionV>
            <wp:extent cx="900321" cy="923925"/>
            <wp:effectExtent l="0" t="0" r="0" b="0"/>
            <wp:wrapNone/>
            <wp:docPr id="743043286" name="Image 5" descr="Une image contenant clipart, symbole, Graphique, dessin humoris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43286" name="Image 5" descr="Une image contenant clipart, symbole, Graphique, dessin humorist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21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DD7">
        <w:rPr>
          <w:noProof/>
        </w:rPr>
        <w:drawing>
          <wp:anchor distT="0" distB="0" distL="114300" distR="114300" simplePos="0" relativeHeight="251670528" behindDoc="1" locked="0" layoutInCell="1" allowOverlap="1" wp14:anchorId="7E06C062" wp14:editId="28F73530">
            <wp:simplePos x="0" y="0"/>
            <wp:positionH relativeFrom="column">
              <wp:posOffset>-914400</wp:posOffset>
            </wp:positionH>
            <wp:positionV relativeFrom="paragraph">
              <wp:posOffset>87948</wp:posOffset>
            </wp:positionV>
            <wp:extent cx="822614" cy="904875"/>
            <wp:effectExtent l="0" t="0" r="0" b="0"/>
            <wp:wrapNone/>
            <wp:docPr id="798344986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44986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2614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45D6" w:rsidRPr="000E6D94">
        <w:rPr>
          <w:rFonts w:ascii="Times New Roman" w:hAnsi="Times New Roman" w:cs="Times New Roman"/>
          <w:noProof/>
          <w:sz w:val="28"/>
          <w:szCs w:val="28"/>
        </w:rPr>
        <w:t>Association des Pêcheurs Plaisanciers Balaruc</w:t>
      </w:r>
      <w:r w:rsidR="000E6D94" w:rsidRPr="000E6D94">
        <w:rPr>
          <w:rFonts w:ascii="Times New Roman" w:hAnsi="Times New Roman" w:cs="Times New Roman"/>
          <w:noProof/>
          <w:sz w:val="28"/>
          <w:szCs w:val="28"/>
        </w:rPr>
        <w:t>-les-Bains</w:t>
      </w:r>
    </w:p>
    <w:p w14:paraId="598F9465" w14:textId="03025E19" w:rsidR="00392301" w:rsidRDefault="00D32181" w:rsidP="00695471">
      <w:pPr>
        <w:tabs>
          <w:tab w:val="left" w:pos="3402"/>
          <w:tab w:val="left" w:pos="3969"/>
        </w:tabs>
        <w:spacing w:after="120"/>
        <w:ind w:left="2835" w:firstLine="284"/>
      </w:pPr>
      <w:proofErr w:type="spellStart"/>
      <w:proofErr w:type="gramStart"/>
      <w:r>
        <w:rPr>
          <w:rFonts w:ascii="Times New Roman" w:hAnsi="Times New Roman" w:cs="Times New Roman"/>
          <w:b/>
          <w:bCs/>
        </w:rPr>
        <w:t>Téléphone</w:t>
      </w:r>
      <w:proofErr w:type="spellEnd"/>
      <w:r w:rsidR="00DD200A">
        <w:t xml:space="preserve"> :</w:t>
      </w:r>
      <w:proofErr w:type="gramEnd"/>
      <w:r w:rsidR="00DD200A">
        <w:tab/>
      </w:r>
      <w:r w:rsidR="00392301" w:rsidRPr="00DD200A">
        <w:rPr>
          <w:color w:val="943634" w:themeColor="accent2" w:themeShade="BF"/>
          <w:u w:val="single"/>
        </w:rPr>
        <w:t xml:space="preserve"> </w:t>
      </w:r>
      <w:r w:rsidR="001A45D6" w:rsidRPr="00DD200A">
        <w:rPr>
          <w:color w:val="943634" w:themeColor="accent2" w:themeShade="BF"/>
          <w:u w:val="single"/>
        </w:rPr>
        <w:t>07 62 37 44 11</w:t>
      </w:r>
    </w:p>
    <w:p w14:paraId="00B96B3F" w14:textId="30ED72D9" w:rsidR="00522AC2" w:rsidRPr="00DD200A" w:rsidRDefault="00D32181" w:rsidP="00DD200A">
      <w:pPr>
        <w:spacing w:after="0"/>
        <w:ind w:left="4036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2D8E8E6" wp14:editId="72CF8309">
            <wp:simplePos x="0" y="0"/>
            <wp:positionH relativeFrom="column">
              <wp:posOffset>2047240</wp:posOffset>
            </wp:positionH>
            <wp:positionV relativeFrom="paragraph">
              <wp:posOffset>40005</wp:posOffset>
            </wp:positionV>
            <wp:extent cx="447675" cy="447675"/>
            <wp:effectExtent l="0" t="0" r="0" b="0"/>
            <wp:wrapNone/>
            <wp:docPr id="97522449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00A" w:rsidRPr="00DD200A">
        <w:rPr>
          <w:i/>
          <w:iCs/>
        </w:rPr>
        <w:t xml:space="preserve"> </w:t>
      </w:r>
      <w:r w:rsidR="00DD200A">
        <w:rPr>
          <w:i/>
          <w:iCs/>
        </w:rPr>
        <w:t xml:space="preserve"> </w:t>
      </w:r>
      <w:r w:rsidR="003D4D18" w:rsidRPr="00DD200A">
        <w:rPr>
          <w:i/>
          <w:iCs/>
        </w:rPr>
        <w:t>APPB 4 Rue des trimarans</w:t>
      </w:r>
    </w:p>
    <w:p w14:paraId="5C6F84A4" w14:textId="19890029" w:rsidR="003D4D18" w:rsidRDefault="00DD200A" w:rsidP="00D32181">
      <w:pPr>
        <w:tabs>
          <w:tab w:val="left" w:pos="4536"/>
        </w:tabs>
        <w:spacing w:after="0"/>
        <w:ind w:left="3828" w:firstLine="283"/>
      </w:pPr>
      <w:r w:rsidRPr="00DD200A">
        <w:rPr>
          <w:rFonts w:ascii="Times New Roman" w:hAnsi="Times New Roman" w:cs="Times New Roman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D78015A" wp14:editId="599E3721">
                <wp:simplePos x="0" y="0"/>
                <wp:positionH relativeFrom="column">
                  <wp:posOffset>2561265</wp:posOffset>
                </wp:positionH>
                <wp:positionV relativeFrom="paragraph">
                  <wp:posOffset>-184600</wp:posOffset>
                </wp:positionV>
                <wp:extent cx="360" cy="570960"/>
                <wp:effectExtent l="38100" t="38100" r="38100" b="38735"/>
                <wp:wrapNone/>
                <wp:docPr id="1567622712" name="Encr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57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7A3A2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6" o:spid="_x0000_s1026" type="#_x0000_t75" style="position:absolute;margin-left:201.15pt;margin-top:-15.05pt;width:1.05pt;height:45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">
                <v:imagedata r:id="rId13" o:title=""/>
              </v:shape>
            </w:pict>
          </mc:Fallback>
        </mc:AlternateContent>
      </w:r>
      <w:r>
        <w:t xml:space="preserve">  </w:t>
      </w:r>
      <w:r>
        <w:tab/>
      </w:r>
      <w:proofErr w:type="spellStart"/>
      <w:r w:rsidR="003D4D18" w:rsidRPr="00DD200A">
        <w:rPr>
          <w:i/>
          <w:iCs/>
        </w:rPr>
        <w:t>Boite</w:t>
      </w:r>
      <w:proofErr w:type="spellEnd"/>
      <w:r w:rsidR="003D4D18" w:rsidRPr="00DD200A">
        <w:rPr>
          <w:i/>
          <w:iCs/>
        </w:rPr>
        <w:t xml:space="preserve"> </w:t>
      </w:r>
      <w:proofErr w:type="spellStart"/>
      <w:r w:rsidR="003D4D18" w:rsidRPr="00DD200A">
        <w:rPr>
          <w:i/>
          <w:iCs/>
        </w:rPr>
        <w:t>postale</w:t>
      </w:r>
      <w:proofErr w:type="spellEnd"/>
      <w:r w:rsidR="003D4D18" w:rsidRPr="00DD200A">
        <w:rPr>
          <w:i/>
          <w:iCs/>
        </w:rPr>
        <w:t xml:space="preserve"> n°2</w:t>
      </w:r>
    </w:p>
    <w:p w14:paraId="1CE35634" w14:textId="561050B6" w:rsidR="003D4D18" w:rsidRDefault="00DD200A" w:rsidP="00695471">
      <w:pPr>
        <w:tabs>
          <w:tab w:val="left" w:pos="3402"/>
          <w:tab w:val="left" w:pos="3969"/>
        </w:tabs>
        <w:spacing w:after="120"/>
        <w:ind w:left="2835" w:firstLine="284"/>
        <w:rPr>
          <w:i/>
          <w:iCs/>
        </w:rPr>
      </w:pPr>
      <w:r>
        <w:tab/>
      </w:r>
      <w:r>
        <w:tab/>
        <w:t xml:space="preserve">   </w:t>
      </w:r>
      <w:r w:rsidR="003D4D18" w:rsidRPr="00DD200A">
        <w:rPr>
          <w:i/>
          <w:iCs/>
        </w:rPr>
        <w:t>34540</w:t>
      </w:r>
      <w:r w:rsidR="00522AC2" w:rsidRPr="00DD200A">
        <w:rPr>
          <w:i/>
          <w:iCs/>
        </w:rPr>
        <w:t xml:space="preserve"> - </w:t>
      </w:r>
      <w:proofErr w:type="spellStart"/>
      <w:r w:rsidR="003D4D18" w:rsidRPr="00DD200A">
        <w:rPr>
          <w:i/>
          <w:iCs/>
        </w:rPr>
        <w:t>Balaruc</w:t>
      </w:r>
      <w:proofErr w:type="spellEnd"/>
      <w:r w:rsidR="003D4D18" w:rsidRPr="00DD200A">
        <w:rPr>
          <w:i/>
          <w:iCs/>
        </w:rPr>
        <w:t>-les-Bains</w:t>
      </w:r>
    </w:p>
    <w:p w14:paraId="343C3856" w14:textId="54872BEA" w:rsidR="005F0117" w:rsidRPr="00DD200A" w:rsidRDefault="005F0117" w:rsidP="00695471">
      <w:pPr>
        <w:tabs>
          <w:tab w:val="left" w:pos="3402"/>
          <w:tab w:val="left" w:pos="3969"/>
        </w:tabs>
        <w:spacing w:after="120"/>
        <w:ind w:left="2835" w:firstLine="284"/>
        <w:rPr>
          <w:i/>
          <w:iCs/>
        </w:rPr>
      </w:pPr>
      <w:r>
        <w:rPr>
          <w:i/>
          <w:iCs/>
        </w:rPr>
        <w:t xml:space="preserve">                     </w:t>
      </w:r>
      <w:proofErr w:type="gramStart"/>
      <w:r>
        <w:rPr>
          <w:i/>
          <w:iCs/>
        </w:rPr>
        <w:t>Mail :</w:t>
      </w:r>
      <w:proofErr w:type="gramEnd"/>
      <w:r>
        <w:rPr>
          <w:i/>
          <w:iCs/>
        </w:rPr>
        <w:t xml:space="preserve"> assobalaruc@mailo.com</w:t>
      </w:r>
    </w:p>
    <w:p w14:paraId="22F82BFB" w14:textId="3592114D" w:rsidR="00690B3D" w:rsidRDefault="004E0F2C" w:rsidP="00540959">
      <w:pPr>
        <w:spacing w:after="240"/>
        <w:ind w:left="2835" w:firstLine="284"/>
        <w:rPr>
          <w:b/>
          <w:sz w:val="28"/>
        </w:rPr>
      </w:pPr>
      <w:r w:rsidRPr="004E0F2C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59" behindDoc="1" locked="0" layoutInCell="1" allowOverlap="1" wp14:anchorId="2109DA76" wp14:editId="7B6A5BF2">
                <wp:simplePos x="0" y="0"/>
                <wp:positionH relativeFrom="column">
                  <wp:posOffset>95250</wp:posOffset>
                </wp:positionH>
                <wp:positionV relativeFrom="paragraph">
                  <wp:posOffset>340360</wp:posOffset>
                </wp:positionV>
                <wp:extent cx="5257800" cy="276225"/>
                <wp:effectExtent l="57150" t="19050" r="76200" b="104775"/>
                <wp:wrapNone/>
                <wp:docPr id="208693834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0D43F" id="Rectangle 1" o:spid="_x0000_s1026" style="position:absolute;margin-left:7.5pt;margin-top:26.8pt;width:414pt;height:21.75pt;z-index:-2516531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" fillcolor="white [3212]" strokecolor="#4f81bd [3204]">
                <v:shadow on="t" color="black" opacity="22937f" origin=",.5" offset="0,.63889mm"/>
              </v:rect>
            </w:pict>
          </mc:Fallback>
        </mc:AlternateContent>
      </w:r>
      <w:r w:rsidR="00695471" w:rsidRPr="00695471">
        <w:rPr>
          <w:rFonts w:ascii="Times New Roman" w:hAnsi="Times New Roman" w:cs="Times New Roman"/>
          <w:b/>
          <w:bCs/>
        </w:rPr>
        <w:t xml:space="preserve">Site </w:t>
      </w:r>
      <w:proofErr w:type="gramStart"/>
      <w:r w:rsidR="00695471" w:rsidRPr="00695471">
        <w:rPr>
          <w:rFonts w:ascii="Times New Roman" w:hAnsi="Times New Roman" w:cs="Times New Roman"/>
          <w:b/>
          <w:bCs/>
        </w:rPr>
        <w:t>Internet</w:t>
      </w:r>
      <w:r w:rsidR="00695471">
        <w:rPr>
          <w:rFonts w:ascii="Times New Roman" w:hAnsi="Times New Roman" w:cs="Times New Roman"/>
          <w:b/>
          <w:bCs/>
        </w:rPr>
        <w:t xml:space="preserve"> :</w:t>
      </w:r>
      <w:proofErr w:type="gramEnd"/>
      <w:r w:rsidR="00695471">
        <w:rPr>
          <w:rFonts w:ascii="Times New Roman" w:hAnsi="Times New Roman" w:cs="Times New Roman"/>
          <w:b/>
          <w:bCs/>
        </w:rPr>
        <w:t xml:space="preserve"> </w:t>
      </w:r>
      <w:r w:rsidR="00D32181" w:rsidRPr="00D32181">
        <w:rPr>
          <w:rFonts w:ascii="Times New Roman" w:hAnsi="Times New Roman" w:cs="Times New Roman"/>
          <w:i/>
          <w:iCs/>
          <w:color w:val="943634" w:themeColor="accent2" w:themeShade="BF"/>
        </w:rPr>
        <w:t>En construction</w:t>
      </w:r>
    </w:p>
    <w:p w14:paraId="4AF775B7" w14:textId="286DCB02" w:rsidR="002A646D" w:rsidRPr="004E0F2C" w:rsidRDefault="00D91DE0" w:rsidP="00540959">
      <w:pPr>
        <w:spacing w:after="0"/>
        <w:jc w:val="center"/>
        <w:rPr>
          <w:rFonts w:asciiTheme="majorHAnsi" w:hAnsiTheme="majorHAnsi" w:cstheme="majorHAnsi"/>
          <w:b/>
          <w:bCs/>
          <w:color w:val="1F497D" w:themeColor="text2"/>
          <w:sz w:val="40"/>
          <w:szCs w:val="40"/>
        </w:rPr>
      </w:pPr>
      <w:r w:rsidRPr="004E0F2C">
        <w:rPr>
          <w:rFonts w:asciiTheme="majorHAnsi" w:hAnsiTheme="majorHAnsi" w:cstheme="majorHAnsi"/>
          <w:b/>
          <w:bCs/>
          <w:color w:val="1F497D" w:themeColor="text2"/>
          <w:sz w:val="40"/>
          <w:szCs w:val="40"/>
        </w:rPr>
        <w:t>FORMULAIRE D’ADHÉSION</w:t>
      </w:r>
    </w:p>
    <w:p w14:paraId="1A351D9C" w14:textId="22600D2D" w:rsidR="000E6D94" w:rsidRDefault="000E6D94" w:rsidP="002427CF">
      <w:pPr>
        <w:tabs>
          <w:tab w:val="left" w:pos="1134"/>
        </w:tabs>
        <w:spacing w:after="120"/>
      </w:pPr>
    </w:p>
    <w:p w14:paraId="4A09FAA3" w14:textId="506ED1EF" w:rsidR="002A646D" w:rsidRPr="000E6D94" w:rsidRDefault="00000000" w:rsidP="00C77C43">
      <w:pPr>
        <w:tabs>
          <w:tab w:val="left" w:pos="142"/>
          <w:tab w:val="left" w:pos="1276"/>
        </w:tabs>
        <w:spacing w:after="120"/>
        <w:ind w:left="-851" w:right="-432"/>
        <w:rPr>
          <w:rFonts w:ascii="Times New Roman" w:hAnsi="Times New Roman" w:cs="Times New Roman"/>
          <w:sz w:val="24"/>
          <w:szCs w:val="24"/>
        </w:rPr>
      </w:pPr>
      <w:proofErr w:type="gramStart"/>
      <w:r w:rsidRPr="000E6D94">
        <w:rPr>
          <w:rFonts w:ascii="Times New Roman" w:hAnsi="Times New Roman" w:cs="Times New Roman"/>
          <w:sz w:val="24"/>
          <w:szCs w:val="24"/>
        </w:rPr>
        <w:t>Nom :</w:t>
      </w:r>
      <w:proofErr w:type="gramEnd"/>
      <w:r w:rsidR="00C77C43">
        <w:rPr>
          <w:rFonts w:ascii="Times New Roman" w:hAnsi="Times New Roman" w:cs="Times New Roman"/>
          <w:sz w:val="24"/>
          <w:szCs w:val="24"/>
        </w:rPr>
        <w:t xml:space="preserve">  </w:t>
      </w:r>
      <w:r w:rsidR="00C77C43">
        <w:rPr>
          <w:rFonts w:ascii="Times New Roman" w:hAnsi="Times New Roman" w:cs="Times New Roman"/>
          <w:sz w:val="24"/>
          <w:szCs w:val="24"/>
        </w:rPr>
        <w:tab/>
      </w:r>
      <w:r w:rsidR="000E6D94" w:rsidRPr="000E6D94">
        <w:rPr>
          <w:rFonts w:ascii="Times New Roman" w:hAnsi="Times New Roman" w:cs="Times New Roman"/>
          <w:sz w:val="24"/>
          <w:szCs w:val="24"/>
        </w:rPr>
        <w:t>______________</w:t>
      </w:r>
      <w:r w:rsidRPr="000E6D94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14:paraId="7BE10F4F" w14:textId="32A9F49A" w:rsidR="002A646D" w:rsidRPr="000E6D94" w:rsidRDefault="00000000" w:rsidP="00C77C43">
      <w:pPr>
        <w:tabs>
          <w:tab w:val="left" w:pos="142"/>
          <w:tab w:val="left" w:pos="1134"/>
        </w:tabs>
        <w:spacing w:after="120"/>
        <w:ind w:right="-432" w:hanging="851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E6D94">
        <w:rPr>
          <w:rFonts w:ascii="Times New Roman" w:hAnsi="Times New Roman" w:cs="Times New Roman"/>
          <w:sz w:val="24"/>
          <w:szCs w:val="24"/>
        </w:rPr>
        <w:t>Prénom</w:t>
      </w:r>
      <w:proofErr w:type="spellEnd"/>
      <w:r w:rsidRPr="000E6D9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E6D94">
        <w:rPr>
          <w:rFonts w:ascii="Times New Roman" w:hAnsi="Times New Roman" w:cs="Times New Roman"/>
          <w:sz w:val="24"/>
          <w:szCs w:val="24"/>
        </w:rPr>
        <w:t xml:space="preserve"> </w:t>
      </w:r>
      <w:r w:rsidR="00C77C43">
        <w:rPr>
          <w:rFonts w:ascii="Times New Roman" w:hAnsi="Times New Roman" w:cs="Times New Roman"/>
          <w:sz w:val="24"/>
          <w:szCs w:val="24"/>
        </w:rPr>
        <w:tab/>
      </w:r>
      <w:r w:rsidR="005F0117">
        <w:rPr>
          <w:rFonts w:ascii="Times New Roman" w:hAnsi="Times New Roman" w:cs="Times New Roman"/>
          <w:sz w:val="24"/>
          <w:szCs w:val="24"/>
        </w:rPr>
        <w:t>____________</w:t>
      </w:r>
      <w:r w:rsidR="003A7C07" w:rsidRPr="000E6D94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 w:rsidR="00C77C43" w:rsidRPr="000E6D94">
        <w:rPr>
          <w:rFonts w:ascii="Times New Roman" w:hAnsi="Times New Roman" w:cs="Times New Roman"/>
          <w:sz w:val="24"/>
          <w:szCs w:val="24"/>
        </w:rPr>
        <w:t>__</w:t>
      </w:r>
    </w:p>
    <w:p w14:paraId="04155093" w14:textId="724A6AE7" w:rsidR="002A646D" w:rsidRDefault="003A7C07" w:rsidP="00C77C43">
      <w:pPr>
        <w:tabs>
          <w:tab w:val="left" w:pos="142"/>
          <w:tab w:val="left" w:pos="1134"/>
        </w:tabs>
        <w:spacing w:after="120"/>
        <w:ind w:right="-432" w:hanging="851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E6D94">
        <w:rPr>
          <w:rFonts w:ascii="Times New Roman" w:hAnsi="Times New Roman" w:cs="Times New Roman"/>
          <w:sz w:val="24"/>
          <w:szCs w:val="24"/>
        </w:rPr>
        <w:t>Adresse</w:t>
      </w:r>
      <w:proofErr w:type="spellEnd"/>
      <w:r w:rsidRPr="000E6D9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77C43">
        <w:rPr>
          <w:rFonts w:ascii="Times New Roman" w:hAnsi="Times New Roman" w:cs="Times New Roman"/>
          <w:sz w:val="24"/>
          <w:szCs w:val="24"/>
        </w:rPr>
        <w:tab/>
      </w:r>
      <w:r w:rsidRPr="000E6D94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 w:rsidR="005F0117">
        <w:rPr>
          <w:rFonts w:ascii="Times New Roman" w:hAnsi="Times New Roman" w:cs="Times New Roman"/>
          <w:sz w:val="24"/>
          <w:szCs w:val="24"/>
        </w:rPr>
        <w:t>____________</w:t>
      </w:r>
      <w:r w:rsidR="00C77C43" w:rsidRPr="000E6D94">
        <w:rPr>
          <w:rFonts w:ascii="Times New Roman" w:hAnsi="Times New Roman" w:cs="Times New Roman"/>
          <w:sz w:val="24"/>
          <w:szCs w:val="24"/>
        </w:rPr>
        <w:t>_____</w:t>
      </w:r>
    </w:p>
    <w:p w14:paraId="021471DD" w14:textId="3C47AF58" w:rsidR="004F36C5" w:rsidRDefault="00AA44E4" w:rsidP="00C77C43">
      <w:pPr>
        <w:tabs>
          <w:tab w:val="left" w:pos="142"/>
          <w:tab w:val="left" w:pos="1134"/>
        </w:tabs>
        <w:spacing w:after="120"/>
        <w:ind w:right="-432" w:hanging="851"/>
        <w:rPr>
          <w:rFonts w:ascii="Times New Roman" w:hAnsi="Times New Roman" w:cs="Times New Roman"/>
          <w:sz w:val="24"/>
          <w:szCs w:val="24"/>
        </w:rPr>
      </w:pPr>
      <w:r w:rsidRPr="000E6D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504C755" wp14:editId="2258A40A">
            <wp:simplePos x="0" y="0"/>
            <wp:positionH relativeFrom="column">
              <wp:posOffset>-533400</wp:posOffset>
            </wp:positionH>
            <wp:positionV relativeFrom="paragraph">
              <wp:posOffset>311150</wp:posOffset>
            </wp:positionV>
            <wp:extent cx="238125" cy="238125"/>
            <wp:effectExtent l="0" t="0" r="9525" b="9525"/>
            <wp:wrapNone/>
            <wp:docPr id="1673434589" name="Graphique 3" descr="Téléphon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34589" name="Graphique 1673434589" descr="Téléphone avec un remplissage uni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6C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77C43">
        <w:rPr>
          <w:rFonts w:ascii="Times New Roman" w:hAnsi="Times New Roman" w:cs="Times New Roman"/>
          <w:sz w:val="24"/>
          <w:szCs w:val="24"/>
        </w:rPr>
        <w:tab/>
      </w:r>
      <w:r w:rsidR="004F36C5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5F0117">
        <w:rPr>
          <w:rFonts w:ascii="Times New Roman" w:hAnsi="Times New Roman" w:cs="Times New Roman"/>
          <w:sz w:val="24"/>
          <w:szCs w:val="24"/>
        </w:rPr>
        <w:t>_____</w:t>
      </w:r>
      <w:r w:rsidR="00C77C43" w:rsidRPr="000E6D94">
        <w:rPr>
          <w:rFonts w:ascii="Times New Roman" w:hAnsi="Times New Roman" w:cs="Times New Roman"/>
          <w:sz w:val="24"/>
          <w:szCs w:val="24"/>
        </w:rPr>
        <w:t>__</w:t>
      </w:r>
      <w:r w:rsidR="005F0117">
        <w:rPr>
          <w:rFonts w:ascii="Times New Roman" w:hAnsi="Times New Roman" w:cs="Times New Roman"/>
          <w:sz w:val="24"/>
          <w:szCs w:val="24"/>
        </w:rPr>
        <w:t>_____</w:t>
      </w:r>
    </w:p>
    <w:p w14:paraId="2ECA39EE" w14:textId="5AF5103E" w:rsidR="00AA44E4" w:rsidRDefault="003A7C07" w:rsidP="00C77C43">
      <w:pPr>
        <w:tabs>
          <w:tab w:val="left" w:pos="567"/>
          <w:tab w:val="left" w:pos="1134"/>
          <w:tab w:val="left" w:pos="5812"/>
        </w:tabs>
        <w:spacing w:after="120"/>
        <w:ind w:left="-851" w:right="-432"/>
        <w:rPr>
          <w:rFonts w:ascii="Times New Roman" w:hAnsi="Times New Roman" w:cs="Times New Roman"/>
          <w:sz w:val="24"/>
          <w:szCs w:val="24"/>
        </w:rPr>
      </w:pPr>
      <w:r w:rsidRPr="000E6D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907FD0F" wp14:editId="02BD2534">
            <wp:simplePos x="0" y="0"/>
            <wp:positionH relativeFrom="column">
              <wp:posOffset>-533400</wp:posOffset>
            </wp:positionH>
            <wp:positionV relativeFrom="paragraph">
              <wp:posOffset>266065</wp:posOffset>
            </wp:positionV>
            <wp:extent cx="257175" cy="257175"/>
            <wp:effectExtent l="0" t="0" r="9525" b="9525"/>
            <wp:wrapNone/>
            <wp:docPr id="1016889320" name="Graphique 4" descr="Interne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89320" name="Graphique 1016889320" descr="Internet avec un remplissage uni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E4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0E6D94">
        <w:rPr>
          <w:rFonts w:ascii="Times New Roman" w:hAnsi="Times New Roman" w:cs="Times New Roman"/>
          <w:sz w:val="24"/>
          <w:szCs w:val="24"/>
        </w:rPr>
        <w:t>Mobile :</w:t>
      </w:r>
      <w:proofErr w:type="gramEnd"/>
      <w:r w:rsidR="00C77C43">
        <w:rPr>
          <w:rFonts w:ascii="Times New Roman" w:hAnsi="Times New Roman" w:cs="Times New Roman"/>
          <w:sz w:val="24"/>
          <w:szCs w:val="24"/>
        </w:rPr>
        <w:tab/>
      </w:r>
      <w:r w:rsidRPr="000E6D94">
        <w:rPr>
          <w:rFonts w:ascii="Times New Roman" w:hAnsi="Times New Roman" w:cs="Times New Roman"/>
          <w:sz w:val="24"/>
          <w:szCs w:val="24"/>
        </w:rPr>
        <w:t>_____________________</w:t>
      </w:r>
      <w:r w:rsidR="005F0117">
        <w:rPr>
          <w:rFonts w:ascii="Times New Roman" w:hAnsi="Times New Roman" w:cs="Times New Roman"/>
          <w:sz w:val="24"/>
          <w:szCs w:val="24"/>
        </w:rPr>
        <w:t>__</w:t>
      </w:r>
      <w:r w:rsidR="00AA44E4">
        <w:rPr>
          <w:rFonts w:ascii="Times New Roman" w:hAnsi="Times New Roman" w:cs="Times New Roman"/>
          <w:sz w:val="24"/>
          <w:szCs w:val="24"/>
        </w:rPr>
        <w:t>____</w:t>
      </w:r>
      <w:r w:rsidRPr="000E6D94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0E6D94">
        <w:rPr>
          <w:rFonts w:ascii="Times New Roman" w:hAnsi="Times New Roman" w:cs="Times New Roman"/>
          <w:sz w:val="24"/>
          <w:szCs w:val="24"/>
        </w:rPr>
        <w:t>Fixe :</w:t>
      </w:r>
      <w:proofErr w:type="gramEnd"/>
      <w:r w:rsidRPr="000E6D94">
        <w:rPr>
          <w:rFonts w:ascii="Times New Roman" w:hAnsi="Times New Roman" w:cs="Times New Roman"/>
          <w:sz w:val="24"/>
          <w:szCs w:val="24"/>
        </w:rPr>
        <w:t xml:space="preserve"> ___________________</w:t>
      </w:r>
      <w:r w:rsidR="00C77C43" w:rsidRPr="000E6D94">
        <w:rPr>
          <w:rFonts w:ascii="Times New Roman" w:hAnsi="Times New Roman" w:cs="Times New Roman"/>
          <w:sz w:val="24"/>
          <w:szCs w:val="24"/>
        </w:rPr>
        <w:t>____</w:t>
      </w:r>
      <w:r w:rsidRPr="000E6D94">
        <w:rPr>
          <w:rFonts w:ascii="Times New Roman" w:hAnsi="Times New Roman" w:cs="Times New Roman"/>
          <w:sz w:val="24"/>
          <w:szCs w:val="24"/>
        </w:rPr>
        <w:t>___</w:t>
      </w:r>
      <w:r w:rsidR="005F0117">
        <w:rPr>
          <w:rFonts w:ascii="Times New Roman" w:hAnsi="Times New Roman" w:cs="Times New Roman"/>
          <w:sz w:val="24"/>
          <w:szCs w:val="24"/>
        </w:rPr>
        <w:t>__</w:t>
      </w:r>
      <w:r w:rsidR="00AA44E4">
        <w:rPr>
          <w:rFonts w:ascii="Times New Roman" w:hAnsi="Times New Roman" w:cs="Times New Roman"/>
          <w:sz w:val="24"/>
          <w:szCs w:val="24"/>
        </w:rPr>
        <w:t>___</w:t>
      </w:r>
      <w:r w:rsidR="00C77C43" w:rsidRPr="000E6D94">
        <w:rPr>
          <w:rFonts w:ascii="Times New Roman" w:hAnsi="Times New Roman" w:cs="Times New Roman"/>
          <w:sz w:val="24"/>
          <w:szCs w:val="24"/>
        </w:rPr>
        <w:t>_</w:t>
      </w:r>
    </w:p>
    <w:p w14:paraId="3EEEEE84" w14:textId="197DF213" w:rsidR="002A646D" w:rsidRPr="000E6D94" w:rsidRDefault="00AA44E4" w:rsidP="00C77C43">
      <w:pPr>
        <w:tabs>
          <w:tab w:val="left" w:pos="567"/>
          <w:tab w:val="left" w:pos="1134"/>
          <w:tab w:val="left" w:pos="5812"/>
        </w:tabs>
        <w:spacing w:after="120"/>
        <w:ind w:left="-851" w:right="-4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="003A7C07" w:rsidRPr="000E6D94">
        <w:rPr>
          <w:rFonts w:ascii="Times New Roman" w:hAnsi="Times New Roman" w:cs="Times New Roman"/>
          <w:sz w:val="24"/>
          <w:szCs w:val="24"/>
        </w:rPr>
        <w:t>Mail :</w:t>
      </w:r>
      <w:proofErr w:type="gramEnd"/>
      <w:r w:rsidR="00C77C43">
        <w:rPr>
          <w:rFonts w:ascii="Times New Roman" w:hAnsi="Times New Roman" w:cs="Times New Roman"/>
          <w:sz w:val="24"/>
          <w:szCs w:val="24"/>
        </w:rPr>
        <w:tab/>
      </w:r>
      <w:r w:rsidR="003A7C07" w:rsidRPr="000E6D94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 w:rsidR="00C77C43" w:rsidRPr="000E6D94">
        <w:rPr>
          <w:rFonts w:ascii="Times New Roman" w:hAnsi="Times New Roman" w:cs="Times New Roman"/>
          <w:sz w:val="24"/>
          <w:szCs w:val="24"/>
        </w:rPr>
        <w:t>______________</w:t>
      </w:r>
    </w:p>
    <w:p w14:paraId="6F410728" w14:textId="03D49B7E" w:rsidR="002A646D" w:rsidRPr="000E6D94" w:rsidRDefault="00000000" w:rsidP="00540959">
      <w:pPr>
        <w:pStyle w:val="Citationintense"/>
        <w:spacing w:after="120"/>
        <w:ind w:left="0"/>
        <w:rPr>
          <w:rFonts w:ascii="Times New Roman" w:hAnsi="Times New Roman" w:cs="Times New Roman"/>
          <w:sz w:val="24"/>
          <w:szCs w:val="24"/>
        </w:rPr>
      </w:pPr>
      <w:r w:rsidRPr="000E6D94">
        <w:rPr>
          <w:rFonts w:ascii="Times New Roman" w:hAnsi="Times New Roman" w:cs="Times New Roman"/>
          <w:sz w:val="24"/>
          <w:szCs w:val="24"/>
        </w:rPr>
        <w:br/>
        <w:t xml:space="preserve">Documents à </w:t>
      </w:r>
      <w:proofErr w:type="spellStart"/>
      <w:r w:rsidRPr="000E6D94">
        <w:rPr>
          <w:rFonts w:ascii="Times New Roman" w:hAnsi="Times New Roman" w:cs="Times New Roman"/>
          <w:sz w:val="24"/>
          <w:szCs w:val="24"/>
        </w:rPr>
        <w:t>fournir</w:t>
      </w:r>
      <w:proofErr w:type="spellEnd"/>
      <w:r w:rsidRPr="000E6D94">
        <w:rPr>
          <w:rFonts w:ascii="Times New Roman" w:hAnsi="Times New Roman" w:cs="Times New Roman"/>
          <w:sz w:val="24"/>
          <w:szCs w:val="24"/>
        </w:rPr>
        <w:t xml:space="preserve"> (photocopies)</w:t>
      </w:r>
    </w:p>
    <w:p w14:paraId="729AF9EA" w14:textId="3C73F678" w:rsidR="00D4290E" w:rsidRPr="00D4290E" w:rsidRDefault="006A2B28" w:rsidP="00D4290E">
      <w:pPr>
        <w:ind w:left="720" w:firstLine="720"/>
        <w:rPr>
          <w:lang w:val="fr-FR"/>
        </w:rPr>
      </w:pPr>
      <w:r w:rsidRPr="00C77C43">
        <w:rPr>
          <w:rFonts w:ascii="Segoe UI Symbol" w:hAnsi="Segoe UI Symbol" w:cs="Segoe UI Symbol"/>
          <w:sz w:val="32"/>
          <w:szCs w:val="32"/>
        </w:rPr>
        <w:t>☐</w:t>
      </w:r>
      <w:r w:rsidRPr="000E6D94">
        <w:rPr>
          <w:rFonts w:ascii="Times New Roman" w:hAnsi="Times New Roman" w:cs="Times New Roman"/>
          <w:sz w:val="24"/>
          <w:szCs w:val="24"/>
        </w:rPr>
        <w:t xml:space="preserve"> Carte de circulation</w:t>
      </w:r>
    </w:p>
    <w:p w14:paraId="54E64688" w14:textId="53E53A69" w:rsidR="002A646D" w:rsidRPr="000E6D94" w:rsidRDefault="004F36C5" w:rsidP="000E6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 xml:space="preserve">                      </w:t>
      </w:r>
      <w:r w:rsidRPr="00C77C43">
        <w:rPr>
          <w:rFonts w:ascii="Segoe UI Symbol" w:hAnsi="Segoe UI Symbol" w:cs="Segoe UI Symbol"/>
          <w:sz w:val="32"/>
          <w:szCs w:val="32"/>
        </w:rPr>
        <w:t>☐</w:t>
      </w:r>
      <w:r w:rsidRPr="000E6D94">
        <w:rPr>
          <w:rFonts w:ascii="Times New Roman" w:hAnsi="Times New Roman" w:cs="Times New Roman"/>
          <w:sz w:val="24"/>
          <w:szCs w:val="24"/>
        </w:rPr>
        <w:t xml:space="preserve"> Justification </w:t>
      </w:r>
      <w:proofErr w:type="spellStart"/>
      <w:r w:rsidRPr="000E6D94">
        <w:rPr>
          <w:rFonts w:ascii="Times New Roman" w:hAnsi="Times New Roman" w:cs="Times New Roman"/>
          <w:sz w:val="24"/>
          <w:szCs w:val="24"/>
        </w:rPr>
        <w:t>d’assurance</w:t>
      </w:r>
      <w:proofErr w:type="spellEnd"/>
    </w:p>
    <w:p w14:paraId="212CBD8E" w14:textId="6C512BA9" w:rsidR="002A646D" w:rsidRPr="000E6D94" w:rsidRDefault="00000000" w:rsidP="006A2B28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C77C43">
        <w:rPr>
          <w:rFonts w:ascii="Segoe UI Symbol" w:hAnsi="Segoe UI Symbol" w:cs="Segoe UI Symbol"/>
          <w:sz w:val="32"/>
          <w:szCs w:val="32"/>
        </w:rPr>
        <w:t>☐</w:t>
      </w:r>
      <w:r w:rsidRPr="000E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D94">
        <w:rPr>
          <w:rFonts w:ascii="Times New Roman" w:hAnsi="Times New Roman" w:cs="Times New Roman"/>
          <w:sz w:val="24"/>
          <w:szCs w:val="24"/>
        </w:rPr>
        <w:t>Justificatif</w:t>
      </w:r>
      <w:proofErr w:type="spellEnd"/>
      <w:r w:rsidRPr="000E6D94">
        <w:rPr>
          <w:rFonts w:ascii="Times New Roman" w:hAnsi="Times New Roman" w:cs="Times New Roman"/>
          <w:sz w:val="24"/>
          <w:szCs w:val="24"/>
        </w:rPr>
        <w:t xml:space="preserve"> de domicile (Facture EDF,</w:t>
      </w:r>
      <w:r w:rsidR="009F0A7C">
        <w:rPr>
          <w:rFonts w:ascii="Times New Roman" w:hAnsi="Times New Roman" w:cs="Times New Roman"/>
          <w:sz w:val="24"/>
          <w:szCs w:val="24"/>
        </w:rPr>
        <w:t xml:space="preserve"> EAU</w:t>
      </w:r>
      <w:r w:rsidRPr="000E6D94">
        <w:rPr>
          <w:rFonts w:ascii="Times New Roman" w:hAnsi="Times New Roman" w:cs="Times New Roman"/>
          <w:sz w:val="24"/>
          <w:szCs w:val="24"/>
        </w:rPr>
        <w:t>, etc.)</w:t>
      </w:r>
    </w:p>
    <w:p w14:paraId="5168B505" w14:textId="65794D57" w:rsidR="00BC0E74" w:rsidRDefault="00000000" w:rsidP="004E0F2C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C77C43">
        <w:rPr>
          <w:rFonts w:ascii="Segoe UI Symbol" w:hAnsi="Segoe UI Symbol" w:cs="Segoe UI Symbol"/>
          <w:sz w:val="32"/>
          <w:szCs w:val="32"/>
        </w:rPr>
        <w:t>☐</w:t>
      </w:r>
      <w:r w:rsidRPr="000E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D94">
        <w:rPr>
          <w:rFonts w:ascii="Times New Roman" w:hAnsi="Times New Roman" w:cs="Times New Roman"/>
          <w:sz w:val="24"/>
          <w:szCs w:val="24"/>
        </w:rPr>
        <w:t>Localisation</w:t>
      </w:r>
      <w:proofErr w:type="spellEnd"/>
      <w:r w:rsidRPr="000E6D94">
        <w:rPr>
          <w:rFonts w:ascii="Times New Roman" w:hAnsi="Times New Roman" w:cs="Times New Roman"/>
          <w:sz w:val="24"/>
          <w:szCs w:val="24"/>
        </w:rPr>
        <w:t xml:space="preserve"> du </w:t>
      </w:r>
      <w:proofErr w:type="gramStart"/>
      <w:r w:rsidRPr="000E6D94">
        <w:rPr>
          <w:rFonts w:ascii="Times New Roman" w:hAnsi="Times New Roman" w:cs="Times New Roman"/>
          <w:sz w:val="24"/>
          <w:szCs w:val="24"/>
        </w:rPr>
        <w:t>bateau</w:t>
      </w:r>
      <w:r w:rsidR="006A2B28" w:rsidRPr="000E6D9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6A2B28" w:rsidRPr="000E6D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DFB6F8" w14:textId="3996A85B" w:rsidR="00BC0E74" w:rsidRDefault="00BC0E74" w:rsidP="004E0F2C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2FAB76BD" w14:textId="46CA09BD" w:rsidR="00BE5C3F" w:rsidRPr="00BE5C3F" w:rsidRDefault="00000000" w:rsidP="00BE5C3F">
      <w:pPr>
        <w:pStyle w:val="Citationintense"/>
        <w:spacing w:after="120"/>
        <w:rPr>
          <w:lang w:val="fr-FR"/>
        </w:rPr>
      </w:pPr>
      <w:proofErr w:type="spellStart"/>
      <w:r w:rsidRPr="000E6D94">
        <w:rPr>
          <w:rFonts w:ascii="Times New Roman" w:hAnsi="Times New Roman" w:cs="Times New Roman"/>
          <w:sz w:val="24"/>
          <w:szCs w:val="24"/>
        </w:rPr>
        <w:t>Informations</w:t>
      </w:r>
      <w:proofErr w:type="spellEnd"/>
      <w:r w:rsidRPr="000E6D94">
        <w:rPr>
          <w:rFonts w:ascii="Times New Roman" w:hAnsi="Times New Roman" w:cs="Times New Roman"/>
          <w:sz w:val="24"/>
          <w:szCs w:val="24"/>
        </w:rPr>
        <w:t xml:space="preserve"> sur le bateau</w:t>
      </w:r>
    </w:p>
    <w:p w14:paraId="18640AB6" w14:textId="4A2BFED2" w:rsidR="002A646D" w:rsidRPr="000E6D94" w:rsidRDefault="002A646D" w:rsidP="004E0F2C">
      <w:pPr>
        <w:pStyle w:val="Citationintense"/>
        <w:spacing w:after="120"/>
        <w:ind w:left="0"/>
        <w:rPr>
          <w:rFonts w:ascii="Times New Roman" w:hAnsi="Times New Roman" w:cs="Times New Roman"/>
          <w:sz w:val="24"/>
          <w:szCs w:val="24"/>
        </w:rPr>
      </w:pPr>
    </w:p>
    <w:p w14:paraId="50FBA8C8" w14:textId="3875A705" w:rsidR="002A646D" w:rsidRPr="000E6D94" w:rsidRDefault="00000000">
      <w:pPr>
        <w:rPr>
          <w:rFonts w:ascii="Times New Roman" w:hAnsi="Times New Roman" w:cs="Times New Roman"/>
          <w:sz w:val="24"/>
          <w:szCs w:val="24"/>
        </w:rPr>
      </w:pPr>
      <w:r w:rsidRPr="000E6D94">
        <w:rPr>
          <w:rFonts w:ascii="Segoe UI Symbol" w:hAnsi="Segoe UI Symbol" w:cs="Segoe UI Symbol"/>
          <w:sz w:val="24"/>
          <w:szCs w:val="24"/>
        </w:rPr>
        <w:t>☐</w:t>
      </w:r>
      <w:r w:rsidRPr="000E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D94">
        <w:rPr>
          <w:rFonts w:ascii="Times New Roman" w:hAnsi="Times New Roman" w:cs="Times New Roman"/>
          <w:sz w:val="24"/>
          <w:szCs w:val="24"/>
        </w:rPr>
        <w:t>Thermique</w:t>
      </w:r>
      <w:proofErr w:type="spellEnd"/>
      <w:r w:rsidRPr="000E6D94">
        <w:rPr>
          <w:rFonts w:ascii="Times New Roman" w:hAnsi="Times New Roman" w:cs="Times New Roman"/>
          <w:sz w:val="24"/>
          <w:szCs w:val="24"/>
        </w:rPr>
        <w:t xml:space="preserve">    </w:t>
      </w:r>
      <w:r w:rsidRPr="000E6D94">
        <w:rPr>
          <w:rFonts w:ascii="Segoe UI Symbol" w:hAnsi="Segoe UI Symbol" w:cs="Segoe UI Symbol"/>
          <w:sz w:val="24"/>
          <w:szCs w:val="24"/>
        </w:rPr>
        <w:t>☐</w:t>
      </w:r>
      <w:r w:rsidRPr="000E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D94">
        <w:rPr>
          <w:rFonts w:ascii="Times New Roman" w:hAnsi="Times New Roman" w:cs="Times New Roman"/>
          <w:sz w:val="24"/>
          <w:szCs w:val="24"/>
        </w:rPr>
        <w:t>Voilier</w:t>
      </w:r>
      <w:proofErr w:type="spellEnd"/>
      <w:r w:rsidRPr="000E6D94">
        <w:rPr>
          <w:rFonts w:ascii="Times New Roman" w:hAnsi="Times New Roman" w:cs="Times New Roman"/>
          <w:sz w:val="24"/>
          <w:szCs w:val="24"/>
        </w:rPr>
        <w:t xml:space="preserve">    </w:t>
      </w:r>
      <w:r w:rsidRPr="000E6D94">
        <w:rPr>
          <w:rFonts w:ascii="Segoe UI Symbol" w:hAnsi="Segoe UI Symbol" w:cs="Segoe UI Symbol"/>
          <w:sz w:val="24"/>
          <w:szCs w:val="24"/>
        </w:rPr>
        <w:t>☐</w:t>
      </w:r>
      <w:r w:rsidRPr="000E6D94">
        <w:rPr>
          <w:rFonts w:ascii="Times New Roman" w:hAnsi="Times New Roman" w:cs="Times New Roman"/>
          <w:sz w:val="24"/>
          <w:szCs w:val="24"/>
        </w:rPr>
        <w:t xml:space="preserve"> Les deux (Hybride)</w:t>
      </w:r>
    </w:p>
    <w:p w14:paraId="6186D121" w14:textId="54786F6F" w:rsidR="002A646D" w:rsidRPr="000E6D94" w:rsidRDefault="00000000" w:rsidP="006A2B28">
      <w:p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  <w:r w:rsidRPr="000E6D94">
        <w:rPr>
          <w:rFonts w:ascii="Times New Roman" w:hAnsi="Times New Roman" w:cs="Times New Roman"/>
          <w:sz w:val="24"/>
          <w:szCs w:val="24"/>
        </w:rPr>
        <w:t xml:space="preserve">Nom du </w:t>
      </w:r>
      <w:proofErr w:type="gramStart"/>
      <w:r w:rsidRPr="000E6D94">
        <w:rPr>
          <w:rFonts w:ascii="Times New Roman" w:hAnsi="Times New Roman" w:cs="Times New Roman"/>
          <w:sz w:val="24"/>
          <w:szCs w:val="24"/>
        </w:rPr>
        <w:t>bateau :</w:t>
      </w:r>
      <w:proofErr w:type="gramEnd"/>
      <w:r w:rsidRPr="000E6D94">
        <w:rPr>
          <w:rFonts w:ascii="Times New Roman" w:hAnsi="Times New Roman" w:cs="Times New Roman"/>
          <w:sz w:val="24"/>
          <w:szCs w:val="24"/>
        </w:rPr>
        <w:t xml:space="preserve"> _________________________________________________</w:t>
      </w:r>
    </w:p>
    <w:p w14:paraId="1F652942" w14:textId="77EF04F2" w:rsidR="002A646D" w:rsidRPr="000E6D94" w:rsidRDefault="006A2B28" w:rsidP="006A2B28">
      <w:p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0E6D94">
        <w:rPr>
          <w:rFonts w:ascii="Times New Roman" w:hAnsi="Times New Roman" w:cs="Times New Roman"/>
          <w:sz w:val="24"/>
          <w:szCs w:val="24"/>
        </w:rPr>
        <w:t>Identification :</w:t>
      </w:r>
      <w:proofErr w:type="gramEnd"/>
      <w:r w:rsidRPr="000E6D94">
        <w:rPr>
          <w:rFonts w:ascii="Times New Roman" w:hAnsi="Times New Roman" w:cs="Times New Roman"/>
          <w:sz w:val="24"/>
          <w:szCs w:val="24"/>
        </w:rPr>
        <w:t xml:space="preserve"> </w:t>
      </w:r>
      <w:r w:rsidRPr="000E6D94">
        <w:rPr>
          <w:rFonts w:ascii="Times New Roman" w:hAnsi="Times New Roman" w:cs="Times New Roman"/>
          <w:sz w:val="24"/>
          <w:szCs w:val="24"/>
        </w:rPr>
        <w:tab/>
        <w:t>_________________________________________________</w:t>
      </w:r>
    </w:p>
    <w:p w14:paraId="64AE5077" w14:textId="0F3A539F" w:rsidR="002A4BA2" w:rsidRPr="000E6D94" w:rsidRDefault="00BE5C3F">
      <w:pPr>
        <w:rPr>
          <w:rFonts w:ascii="Times New Roman" w:hAnsi="Times New Roman" w:cs="Times New Roman"/>
          <w:sz w:val="24"/>
          <w:szCs w:val="24"/>
        </w:rPr>
      </w:pPr>
      <w:r w:rsidRPr="00BE5C3F">
        <w:rPr>
          <w:b/>
          <w:bCs/>
          <w:i/>
          <w:iCs/>
          <w:noProof/>
          <w:color w:val="4F81BD" w:themeColor="accent1"/>
          <w:lang w:val="fr-FR"/>
        </w:rPr>
        <w:drawing>
          <wp:anchor distT="0" distB="0" distL="114300" distR="114300" simplePos="0" relativeHeight="251671552" behindDoc="1" locked="0" layoutInCell="1" allowOverlap="1" wp14:anchorId="3E260137" wp14:editId="7028A404">
            <wp:simplePos x="0" y="0"/>
            <wp:positionH relativeFrom="column">
              <wp:posOffset>5010150</wp:posOffset>
            </wp:positionH>
            <wp:positionV relativeFrom="paragraph">
              <wp:posOffset>462280</wp:posOffset>
            </wp:positionV>
            <wp:extent cx="1390650" cy="770813"/>
            <wp:effectExtent l="0" t="0" r="0" b="0"/>
            <wp:wrapNone/>
            <wp:docPr id="1774339638" name="Image 5" descr="Une image contenant croquis, dessin, Dessin au trait, clip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39638" name="Image 5" descr="Une image contenant croquis, dessin, Dessin au trait, clip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7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DD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52EDCCA" wp14:editId="026775EB">
            <wp:simplePos x="0" y="0"/>
            <wp:positionH relativeFrom="column">
              <wp:posOffset>-1038225</wp:posOffset>
            </wp:positionH>
            <wp:positionV relativeFrom="paragraph">
              <wp:posOffset>184150</wp:posOffset>
            </wp:positionV>
            <wp:extent cx="1133475" cy="1133475"/>
            <wp:effectExtent l="0" t="0" r="9525" b="9525"/>
            <wp:wrapNone/>
            <wp:docPr id="743254855" name="Image 2" descr="Une image contenant croquis, dessin, Dessin au trait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54855" name="Image 2" descr="Une image contenant croquis, dessin, Dessin au trait, art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DD7" w:rsidRPr="000E6D94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F17DD7" w:rsidRPr="000E6D94">
        <w:rPr>
          <w:rFonts w:ascii="Times New Roman" w:hAnsi="Times New Roman" w:cs="Times New Roman"/>
          <w:sz w:val="24"/>
          <w:szCs w:val="24"/>
        </w:rPr>
        <w:t>À :</w:t>
      </w:r>
      <w:proofErr w:type="gramEnd"/>
      <w:r w:rsidR="000E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D94">
        <w:rPr>
          <w:rFonts w:ascii="Times New Roman" w:hAnsi="Times New Roman" w:cs="Times New Roman"/>
          <w:sz w:val="24"/>
          <w:szCs w:val="24"/>
        </w:rPr>
        <w:t>Balaruc-lesBains</w:t>
      </w:r>
      <w:proofErr w:type="spellEnd"/>
      <w:r w:rsidR="00F17DD7" w:rsidRPr="000E6D94">
        <w:rPr>
          <w:rFonts w:ascii="Times New Roman" w:hAnsi="Times New Roman" w:cs="Times New Roman"/>
          <w:sz w:val="24"/>
          <w:szCs w:val="24"/>
        </w:rPr>
        <w:t>, le ____ / ____ / 20_</w:t>
      </w:r>
      <w:r w:rsidR="00690B3D" w:rsidRPr="000E6D94">
        <w:rPr>
          <w:rFonts w:ascii="Times New Roman" w:hAnsi="Times New Roman" w:cs="Times New Roman"/>
          <w:sz w:val="24"/>
          <w:szCs w:val="24"/>
        </w:rPr>
        <w:t>_</w:t>
      </w:r>
      <w:r w:rsidR="00F17DD7" w:rsidRPr="000E6D94">
        <w:rPr>
          <w:rFonts w:ascii="Times New Roman" w:hAnsi="Times New Roman" w:cs="Times New Roman"/>
          <w:sz w:val="24"/>
          <w:szCs w:val="24"/>
        </w:rPr>
        <w:t xml:space="preserve">_    </w:t>
      </w:r>
      <w:proofErr w:type="gramStart"/>
      <w:r w:rsidR="00F17DD7" w:rsidRPr="000E6D94">
        <w:rPr>
          <w:rFonts w:ascii="Times New Roman" w:hAnsi="Times New Roman" w:cs="Times New Roman"/>
          <w:sz w:val="24"/>
          <w:szCs w:val="24"/>
        </w:rPr>
        <w:t>Signature :</w:t>
      </w:r>
      <w:proofErr w:type="gramEnd"/>
      <w:r w:rsidR="00F17DD7" w:rsidRPr="000E6D94">
        <w:rPr>
          <w:rFonts w:ascii="Times New Roman" w:hAnsi="Times New Roman" w:cs="Times New Roman"/>
          <w:sz w:val="24"/>
          <w:szCs w:val="24"/>
        </w:rPr>
        <w:t xml:space="preserve"> ____________________</w:t>
      </w:r>
    </w:p>
    <w:sectPr w:rsidR="002A4BA2" w:rsidRPr="000E6D94" w:rsidSect="00C77C43">
      <w:footerReference w:type="default" r:id="rId20"/>
      <w:pgSz w:w="12240" w:h="15840"/>
      <w:pgMar w:top="284" w:right="1800" w:bottom="142" w:left="18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7A7EE" w14:textId="77777777" w:rsidR="00F636C7" w:rsidRDefault="00F636C7" w:rsidP="002A4BA2">
      <w:pPr>
        <w:spacing w:after="0" w:line="240" w:lineRule="auto"/>
      </w:pPr>
      <w:r>
        <w:separator/>
      </w:r>
    </w:p>
  </w:endnote>
  <w:endnote w:type="continuationSeparator" w:id="0">
    <w:p w14:paraId="7E7576EB" w14:textId="77777777" w:rsidR="00F636C7" w:rsidRDefault="00F636C7" w:rsidP="002A4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4A680" w14:textId="58E0E931" w:rsidR="002A4BA2" w:rsidRDefault="002A4BA2" w:rsidP="002A4BA2">
    <w:pPr>
      <w:pStyle w:val="Pieddepage"/>
      <w:ind w:hanging="18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D8653" w14:textId="77777777" w:rsidR="00F636C7" w:rsidRDefault="00F636C7" w:rsidP="002A4BA2">
      <w:pPr>
        <w:spacing w:after="0" w:line="240" w:lineRule="auto"/>
      </w:pPr>
      <w:r>
        <w:separator/>
      </w:r>
    </w:p>
  </w:footnote>
  <w:footnote w:type="continuationSeparator" w:id="0">
    <w:p w14:paraId="59146D2F" w14:textId="77777777" w:rsidR="00F636C7" w:rsidRDefault="00F636C7" w:rsidP="002A4B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67422634">
    <w:abstractNumId w:val="8"/>
  </w:num>
  <w:num w:numId="2" w16cid:durableId="945190756">
    <w:abstractNumId w:val="6"/>
  </w:num>
  <w:num w:numId="3" w16cid:durableId="256838934">
    <w:abstractNumId w:val="5"/>
  </w:num>
  <w:num w:numId="4" w16cid:durableId="197667844">
    <w:abstractNumId w:val="4"/>
  </w:num>
  <w:num w:numId="5" w16cid:durableId="1278831620">
    <w:abstractNumId w:val="7"/>
  </w:num>
  <w:num w:numId="6" w16cid:durableId="192160064">
    <w:abstractNumId w:val="3"/>
  </w:num>
  <w:num w:numId="7" w16cid:durableId="405691762">
    <w:abstractNumId w:val="2"/>
  </w:num>
  <w:num w:numId="8" w16cid:durableId="476798243">
    <w:abstractNumId w:val="1"/>
  </w:num>
  <w:num w:numId="9" w16cid:durableId="74908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77AB"/>
    <w:rsid w:val="00034616"/>
    <w:rsid w:val="0006063C"/>
    <w:rsid w:val="000E6D94"/>
    <w:rsid w:val="0015074B"/>
    <w:rsid w:val="00165EF3"/>
    <w:rsid w:val="0017215B"/>
    <w:rsid w:val="001A45D6"/>
    <w:rsid w:val="001C215B"/>
    <w:rsid w:val="00236516"/>
    <w:rsid w:val="002427CF"/>
    <w:rsid w:val="00282280"/>
    <w:rsid w:val="00286C6D"/>
    <w:rsid w:val="0029639D"/>
    <w:rsid w:val="002A4BA2"/>
    <w:rsid w:val="002A646D"/>
    <w:rsid w:val="002B63A5"/>
    <w:rsid w:val="003143D3"/>
    <w:rsid w:val="00316189"/>
    <w:rsid w:val="00326F90"/>
    <w:rsid w:val="00357255"/>
    <w:rsid w:val="00392301"/>
    <w:rsid w:val="003A7C07"/>
    <w:rsid w:val="003D4D18"/>
    <w:rsid w:val="004C5E7E"/>
    <w:rsid w:val="004E0F2C"/>
    <w:rsid w:val="004E5F22"/>
    <w:rsid w:val="004F36C5"/>
    <w:rsid w:val="004F593B"/>
    <w:rsid w:val="00522AC2"/>
    <w:rsid w:val="00540959"/>
    <w:rsid w:val="005F0117"/>
    <w:rsid w:val="00690B3D"/>
    <w:rsid w:val="00695471"/>
    <w:rsid w:val="006A2B28"/>
    <w:rsid w:val="006C0559"/>
    <w:rsid w:val="007A757A"/>
    <w:rsid w:val="00874C92"/>
    <w:rsid w:val="008B5B9B"/>
    <w:rsid w:val="009D025B"/>
    <w:rsid w:val="009D5D31"/>
    <w:rsid w:val="009F0A7C"/>
    <w:rsid w:val="00AA1D8D"/>
    <w:rsid w:val="00AA44E4"/>
    <w:rsid w:val="00B17BDF"/>
    <w:rsid w:val="00B47730"/>
    <w:rsid w:val="00B8094B"/>
    <w:rsid w:val="00BC0E74"/>
    <w:rsid w:val="00BE52F6"/>
    <w:rsid w:val="00BE5C3F"/>
    <w:rsid w:val="00C0555B"/>
    <w:rsid w:val="00C77C43"/>
    <w:rsid w:val="00CB0664"/>
    <w:rsid w:val="00CE2492"/>
    <w:rsid w:val="00D32181"/>
    <w:rsid w:val="00D4290E"/>
    <w:rsid w:val="00D91DE0"/>
    <w:rsid w:val="00DD200A"/>
    <w:rsid w:val="00E37E9E"/>
    <w:rsid w:val="00EA0206"/>
    <w:rsid w:val="00F17DD7"/>
    <w:rsid w:val="00F636C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149542"/>
  <w14:defaultImageDpi w14:val="300"/>
  <w15:docId w15:val="{393A404C-6952-480F-A5F9-FC9E1ED30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BE5C3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ustomXml" Target="ink/ink1.xml"/><Relationship Id="rId17" Type="http://schemas.openxmlformats.org/officeDocument/2006/relationships/image" Target="media/image9.sv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0T08:56:56.320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1 0,'0'1562,"0"-1539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119</Words>
  <Characters>1145</Characters>
  <Application>Microsoft Office Word</Application>
  <DocSecurity>0</DocSecurity>
  <Lines>34</Lines>
  <Paragraphs>28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Office</cp:lastModifiedBy>
  <cp:revision>3</cp:revision>
  <dcterms:created xsi:type="dcterms:W3CDTF">2026-01-05T15:36:00Z</dcterms:created>
  <dcterms:modified xsi:type="dcterms:W3CDTF">2026-01-05T15:50:00Z</dcterms:modified>
  <cp:category/>
</cp:coreProperties>
</file>